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E855A" w14:textId="77777777" w:rsidR="009159D3" w:rsidRDefault="00BB139C">
      <w:pPr>
        <w:spacing w:after="80"/>
        <w:jc w:val="center"/>
      </w:pPr>
      <w:r>
        <w:rPr>
          <w:rFonts w:ascii="Arial" w:hAnsi="Arial"/>
          <w:b/>
          <w:sz w:val="24"/>
        </w:rPr>
        <w:t>TOWN OF CLIFTON</w:t>
      </w:r>
    </w:p>
    <w:p w14:paraId="114EC8A8" w14:textId="77777777" w:rsidR="009159D3" w:rsidRDefault="00BB139C">
      <w:pPr>
        <w:spacing w:after="80"/>
        <w:jc w:val="center"/>
      </w:pPr>
      <w:r>
        <w:rPr>
          <w:rFonts w:ascii="Arial" w:hAnsi="Arial"/>
          <w:b/>
          <w:sz w:val="24"/>
        </w:rPr>
        <w:t>SELECTBOARD MEETING</w:t>
      </w:r>
    </w:p>
    <w:p w14:paraId="16748B5B" w14:textId="77777777" w:rsidR="009159D3" w:rsidRDefault="00BB139C">
      <w:pPr>
        <w:spacing w:after="240"/>
        <w:jc w:val="center"/>
      </w:pPr>
      <w:r>
        <w:rPr>
          <w:rFonts w:ascii="Arial" w:hAnsi="Arial"/>
          <w:b/>
          <w:sz w:val="24"/>
        </w:rPr>
        <w:t>AGENDA</w:t>
      </w:r>
    </w:p>
    <w:p w14:paraId="1012EFFD" w14:textId="767CAF6D" w:rsidR="009159D3" w:rsidRDefault="00BB139C">
      <w:pPr>
        <w:spacing w:after="360"/>
        <w:jc w:val="center"/>
      </w:pPr>
      <w:r>
        <w:rPr>
          <w:rFonts w:ascii="Arial" w:hAnsi="Arial"/>
        </w:rPr>
        <w:t xml:space="preserve">September </w:t>
      </w:r>
      <w:proofErr w:type="gramStart"/>
      <w:r w:rsidR="00BF05B3">
        <w:rPr>
          <w:rFonts w:ascii="Arial" w:hAnsi="Arial"/>
        </w:rPr>
        <w:t>9</w:t>
      </w:r>
      <w:r>
        <w:rPr>
          <w:rFonts w:ascii="Arial" w:hAnsi="Arial"/>
        </w:rPr>
        <w:t>nd</w:t>
      </w:r>
      <w:proofErr w:type="gramEnd"/>
      <w:r>
        <w:rPr>
          <w:rFonts w:ascii="Arial" w:hAnsi="Arial"/>
        </w:rPr>
        <w:t>, 2026</w:t>
      </w:r>
    </w:p>
    <w:p w14:paraId="418D6CCA" w14:textId="77777777" w:rsidR="009159D3" w:rsidRDefault="00BB139C">
      <w:pPr>
        <w:spacing w:after="120"/>
      </w:pPr>
      <w:r>
        <w:rPr>
          <w:rFonts w:ascii="Arial" w:hAnsi="Arial"/>
          <w:b/>
        </w:rPr>
        <w:t xml:space="preserve">CALL TO ORDER: </w:t>
      </w:r>
      <w:r>
        <w:rPr>
          <w:rFonts w:ascii="Arial" w:hAnsi="Arial"/>
        </w:rPr>
        <w:t>6:00 PM</w:t>
      </w:r>
    </w:p>
    <w:p w14:paraId="69935DD8" w14:textId="77777777" w:rsidR="009159D3" w:rsidRDefault="00BB139C">
      <w:pPr>
        <w:spacing w:after="240"/>
      </w:pPr>
      <w:r>
        <w:rPr>
          <w:rFonts w:ascii="Arial" w:hAnsi="Arial"/>
          <w:b/>
        </w:rPr>
        <w:t>FLAG SALUTE</w:t>
      </w:r>
    </w:p>
    <w:p w14:paraId="558406DA" w14:textId="77777777" w:rsidR="009159D3" w:rsidRDefault="00BB139C">
      <w:pPr>
        <w:spacing w:after="80"/>
      </w:pPr>
      <w:r>
        <w:rPr>
          <w:rFonts w:ascii="Arial" w:hAnsi="Arial"/>
          <w:b/>
        </w:rPr>
        <w:t>ROLL CALL:</w:t>
      </w:r>
    </w:p>
    <w:p w14:paraId="4507BBCD" w14:textId="77777777" w:rsidR="009159D3" w:rsidRDefault="00BB139C">
      <w:pPr>
        <w:spacing w:after="60"/>
        <w:ind w:left="432"/>
      </w:pPr>
      <w:r>
        <w:rPr>
          <w:rFonts w:ascii="Arial" w:hAnsi="Arial"/>
        </w:rPr>
        <w:t>Lee Bryant- Chair</w:t>
      </w:r>
    </w:p>
    <w:p w14:paraId="54BC82CF" w14:textId="77777777" w:rsidR="009159D3" w:rsidRDefault="00BB139C">
      <w:pPr>
        <w:spacing w:after="60"/>
        <w:ind w:left="432"/>
      </w:pPr>
      <w:r>
        <w:rPr>
          <w:rFonts w:ascii="Arial" w:hAnsi="Arial"/>
        </w:rPr>
        <w:t>Patricia (Trish) Eldridge –Vice Chair</w:t>
      </w:r>
    </w:p>
    <w:p w14:paraId="5EF32925" w14:textId="77777777" w:rsidR="009159D3" w:rsidRDefault="00BB139C">
      <w:pPr>
        <w:spacing w:after="60"/>
        <w:ind w:left="432"/>
      </w:pPr>
      <w:r>
        <w:rPr>
          <w:rFonts w:ascii="Arial" w:hAnsi="Arial"/>
        </w:rPr>
        <w:t>Greg Newell</w:t>
      </w:r>
    </w:p>
    <w:p w14:paraId="317E6A80" w14:textId="77777777" w:rsidR="009159D3" w:rsidRDefault="00BB139C">
      <w:pPr>
        <w:spacing w:after="60"/>
        <w:ind w:left="432"/>
      </w:pPr>
      <w:r>
        <w:rPr>
          <w:rFonts w:ascii="Arial" w:hAnsi="Arial"/>
        </w:rPr>
        <w:t>John Williams II</w:t>
      </w:r>
    </w:p>
    <w:p w14:paraId="59C88637" w14:textId="77777777" w:rsidR="009159D3" w:rsidRDefault="00BB139C">
      <w:pPr>
        <w:spacing w:after="60"/>
        <w:ind w:left="432"/>
      </w:pPr>
      <w:r>
        <w:rPr>
          <w:rFonts w:ascii="Arial" w:hAnsi="Arial"/>
        </w:rPr>
        <w:t>Steve Armenia</w:t>
      </w:r>
    </w:p>
    <w:p w14:paraId="7CD1E463" w14:textId="77777777" w:rsidR="009159D3" w:rsidRDefault="009159D3">
      <w:pPr>
        <w:spacing w:after="120"/>
      </w:pPr>
    </w:p>
    <w:p w14:paraId="6B9FB1C8" w14:textId="77777777" w:rsidR="007359C1" w:rsidRDefault="007359C1" w:rsidP="007359C1">
      <w:pPr>
        <w:spacing w:after="240"/>
      </w:pPr>
      <w:r>
        <w:rPr>
          <w:rFonts w:ascii="Arial" w:hAnsi="Arial"/>
        </w:rPr>
        <w:t>Shaw Weeks, Administrative Assistant</w:t>
      </w:r>
    </w:p>
    <w:p w14:paraId="1B33A633" w14:textId="77777777" w:rsidR="009159D3" w:rsidRDefault="00BB139C">
      <w:pPr>
        <w:spacing w:after="120"/>
      </w:pPr>
      <w:r>
        <w:rPr>
          <w:rFonts w:ascii="Arial" w:hAnsi="Arial"/>
        </w:rPr>
        <w:t>Jody Dyer, Recorder of Minutes</w:t>
      </w:r>
    </w:p>
    <w:p w14:paraId="1BF560F8" w14:textId="77777777" w:rsidR="009159D3" w:rsidRDefault="00BB139C">
      <w:pPr>
        <w:spacing w:before="240" w:after="120"/>
      </w:pPr>
      <w:r>
        <w:rPr>
          <w:rFonts w:ascii="Arial" w:hAnsi="Arial"/>
          <w:b/>
        </w:rPr>
        <w:t>NEW BUSINESS:</w:t>
      </w:r>
    </w:p>
    <w:p w14:paraId="5F476611" w14:textId="245D8699" w:rsidR="000A0F78" w:rsidRDefault="000A0F78" w:rsidP="000A0F78">
      <w:pPr>
        <w:pStyle w:val="ListParagraph"/>
        <w:numPr>
          <w:ilvl w:val="0"/>
          <w:numId w:val="12"/>
        </w:numPr>
        <w:spacing w:after="0" w:line="360" w:lineRule="auto"/>
        <w:rPr>
          <w:rFonts w:ascii="Arial" w:hAnsi="Arial"/>
        </w:rPr>
      </w:pPr>
      <w:r w:rsidRPr="00BF05B3">
        <w:rPr>
          <w:rFonts w:ascii="Arial" w:hAnsi="Arial"/>
        </w:rPr>
        <w:t>Written Payroll</w:t>
      </w:r>
      <w:r w:rsidR="00C93754">
        <w:rPr>
          <w:rFonts w:ascii="Arial" w:hAnsi="Arial"/>
        </w:rPr>
        <w:t xml:space="preserve"> </w:t>
      </w:r>
      <w:r w:rsidRPr="00BF05B3">
        <w:rPr>
          <w:rFonts w:ascii="Arial" w:hAnsi="Arial"/>
        </w:rPr>
        <w:t xml:space="preserve">Warrant Policy (30-A §5603(2)(A)(1)) </w:t>
      </w:r>
    </w:p>
    <w:p w14:paraId="2EBD28DB" w14:textId="0F2B0D4B" w:rsidR="00C93754" w:rsidRDefault="00EE5839" w:rsidP="00C93754">
      <w:pPr>
        <w:pStyle w:val="ListParagraph"/>
        <w:numPr>
          <w:ilvl w:val="1"/>
          <w:numId w:val="12"/>
        </w:numPr>
        <w:spacing w:after="0" w:line="360" w:lineRule="auto"/>
        <w:rPr>
          <w:rFonts w:ascii="Arial" w:hAnsi="Arial"/>
        </w:rPr>
      </w:pPr>
      <w:r>
        <w:rPr>
          <w:rFonts w:ascii="Arial" w:hAnsi="Arial"/>
        </w:rPr>
        <w:t xml:space="preserve">Requesting </w:t>
      </w:r>
      <w:proofErr w:type="gramStart"/>
      <w:r>
        <w:rPr>
          <w:rFonts w:ascii="Arial" w:hAnsi="Arial"/>
        </w:rPr>
        <w:t>vote</w:t>
      </w:r>
      <w:proofErr w:type="gramEnd"/>
      <w:r>
        <w:rPr>
          <w:rFonts w:ascii="Arial" w:hAnsi="Arial"/>
        </w:rPr>
        <w:t xml:space="preserve"> and signature</w:t>
      </w:r>
    </w:p>
    <w:p w14:paraId="2631B899" w14:textId="77777777" w:rsidR="009159D3" w:rsidRDefault="00BB139C">
      <w:pPr>
        <w:spacing w:before="240" w:after="120"/>
      </w:pPr>
      <w:r>
        <w:rPr>
          <w:rFonts w:ascii="Arial" w:hAnsi="Arial"/>
          <w:b/>
        </w:rPr>
        <w:t>UNFINISHED BUSINESS:</w:t>
      </w:r>
    </w:p>
    <w:p w14:paraId="220A8E6D" w14:textId="5E94396D" w:rsidR="000A0F78" w:rsidRPr="003C7B89" w:rsidRDefault="000A0F78" w:rsidP="000A0F78">
      <w:pPr>
        <w:pStyle w:val="ListParagraph"/>
        <w:numPr>
          <w:ilvl w:val="0"/>
          <w:numId w:val="15"/>
        </w:numPr>
        <w:spacing w:after="0" w:line="360" w:lineRule="auto"/>
        <w:rPr>
          <w:rFonts w:ascii="Arial" w:hAnsi="Arial"/>
        </w:rPr>
      </w:pPr>
      <w:r w:rsidRPr="003C7B89">
        <w:rPr>
          <w:rFonts w:ascii="Arial" w:hAnsi="Arial"/>
        </w:rPr>
        <w:t>Warrants</w:t>
      </w:r>
      <w:r w:rsidR="00EE5839">
        <w:rPr>
          <w:rFonts w:ascii="Arial" w:hAnsi="Arial"/>
        </w:rPr>
        <w:t>- Requesting vote and signature</w:t>
      </w:r>
    </w:p>
    <w:p w14:paraId="0A06B2B5" w14:textId="77777777" w:rsidR="000A0F78" w:rsidRPr="00607800" w:rsidRDefault="000A0F78" w:rsidP="000A0F78">
      <w:pPr>
        <w:pStyle w:val="ListParagraph"/>
        <w:numPr>
          <w:ilvl w:val="1"/>
          <w:numId w:val="15"/>
        </w:numPr>
        <w:spacing w:after="0" w:line="360" w:lineRule="auto"/>
        <w:rPr>
          <w:rFonts w:ascii="Arial" w:hAnsi="Arial"/>
        </w:rPr>
      </w:pPr>
      <w:r w:rsidRPr="003C7B89">
        <w:rPr>
          <w:rFonts w:ascii="Arial" w:hAnsi="Arial"/>
        </w:rPr>
        <w:t>A</w:t>
      </w:r>
      <w:r>
        <w:rPr>
          <w:rFonts w:ascii="Arial" w:hAnsi="Arial"/>
        </w:rPr>
        <w:t xml:space="preserve">ccount </w:t>
      </w:r>
      <w:r w:rsidRPr="003C7B89">
        <w:rPr>
          <w:rFonts w:ascii="Arial" w:hAnsi="Arial"/>
        </w:rPr>
        <w:t>P</w:t>
      </w:r>
      <w:r>
        <w:rPr>
          <w:rFonts w:ascii="Arial" w:hAnsi="Arial"/>
        </w:rPr>
        <w:t>ayable Warrant #50 – 9/2/2026</w:t>
      </w:r>
      <w:r w:rsidRPr="003C7B89">
        <w:rPr>
          <w:rFonts w:ascii="Arial" w:hAnsi="Arial"/>
        </w:rPr>
        <w:t xml:space="preserve"> </w:t>
      </w:r>
      <w:r>
        <w:rPr>
          <w:rFonts w:ascii="Arial" w:hAnsi="Arial"/>
        </w:rPr>
        <w:t xml:space="preserve">- </w:t>
      </w:r>
      <w:r w:rsidRPr="00607800">
        <w:rPr>
          <w:rFonts w:ascii="Arial" w:hAnsi="Arial"/>
        </w:rPr>
        <w:t>$205,833.15</w:t>
      </w:r>
    </w:p>
    <w:p w14:paraId="3E028BB1" w14:textId="77777777" w:rsidR="000A0F78" w:rsidRDefault="000A0F78" w:rsidP="000A0F78">
      <w:pPr>
        <w:pStyle w:val="ListParagraph"/>
        <w:numPr>
          <w:ilvl w:val="1"/>
          <w:numId w:val="15"/>
        </w:numPr>
        <w:spacing w:after="0" w:line="360" w:lineRule="auto"/>
        <w:rPr>
          <w:rFonts w:ascii="Arial" w:hAnsi="Arial"/>
        </w:rPr>
      </w:pPr>
      <w:r>
        <w:rPr>
          <w:rFonts w:ascii="Arial" w:hAnsi="Arial"/>
        </w:rPr>
        <w:t xml:space="preserve">Payroll Warrant #49 - 8/28/2026 - $3,165.05 </w:t>
      </w:r>
    </w:p>
    <w:p w14:paraId="4785BA02" w14:textId="77777777" w:rsidR="000A0F78" w:rsidRDefault="000A0F78" w:rsidP="000A0F78">
      <w:pPr>
        <w:pStyle w:val="ListParagraph"/>
        <w:numPr>
          <w:ilvl w:val="1"/>
          <w:numId w:val="15"/>
        </w:numPr>
        <w:spacing w:after="0" w:line="360" w:lineRule="auto"/>
        <w:rPr>
          <w:rFonts w:ascii="Arial" w:hAnsi="Arial"/>
        </w:rPr>
      </w:pPr>
      <w:r>
        <w:rPr>
          <w:rFonts w:ascii="Arial" w:hAnsi="Arial"/>
        </w:rPr>
        <w:t>Payroll Warrant #48 – 8/21/2026 - $2,656.18</w:t>
      </w:r>
    </w:p>
    <w:p w14:paraId="0B26411E" w14:textId="77777777" w:rsidR="000A0F78" w:rsidRDefault="000A0F78" w:rsidP="000A0F78">
      <w:pPr>
        <w:pStyle w:val="ListParagraph"/>
        <w:numPr>
          <w:ilvl w:val="1"/>
          <w:numId w:val="15"/>
        </w:numPr>
        <w:spacing w:after="0" w:line="360" w:lineRule="auto"/>
        <w:rPr>
          <w:rFonts w:ascii="Arial" w:hAnsi="Arial"/>
        </w:rPr>
      </w:pPr>
      <w:r w:rsidRPr="000A0F78">
        <w:rPr>
          <w:rFonts w:ascii="Arial" w:hAnsi="Arial"/>
        </w:rPr>
        <w:t>Payroll Warrant #51 – 9/4/2026 - $TBD</w:t>
      </w:r>
      <w:r w:rsidRPr="000A0F78">
        <w:rPr>
          <w:rFonts w:ascii="Arial" w:hAnsi="Arial"/>
        </w:rPr>
        <w:t xml:space="preserve"> </w:t>
      </w:r>
    </w:p>
    <w:p w14:paraId="5B1526C4" w14:textId="6402C1C0" w:rsidR="00BF05B3" w:rsidRPr="000A0F78" w:rsidRDefault="000A0F78" w:rsidP="000A0F78">
      <w:pPr>
        <w:pStyle w:val="ListParagraph"/>
        <w:numPr>
          <w:ilvl w:val="0"/>
          <w:numId w:val="15"/>
        </w:numPr>
        <w:spacing w:after="0" w:line="360" w:lineRule="auto"/>
        <w:rPr>
          <w:rFonts w:ascii="Arial" w:hAnsi="Arial"/>
        </w:rPr>
      </w:pPr>
      <w:r w:rsidRPr="000A0F78">
        <w:rPr>
          <w:rFonts w:ascii="Arial" w:hAnsi="Arial"/>
        </w:rPr>
        <w:t>All other Unfinished Business to be taken up at the next regular meeting September 16</w:t>
      </w:r>
      <w:r w:rsidRPr="000A0F78">
        <w:rPr>
          <w:rFonts w:ascii="Arial" w:hAnsi="Arial"/>
          <w:vertAlign w:val="superscript"/>
        </w:rPr>
        <w:t>th</w:t>
      </w:r>
      <w:r w:rsidRPr="000A0F78">
        <w:rPr>
          <w:rFonts w:ascii="Arial" w:hAnsi="Arial"/>
        </w:rPr>
        <w:t>, 2026</w:t>
      </w:r>
      <w:r w:rsidR="00487FC4">
        <w:rPr>
          <w:rFonts w:ascii="Arial" w:hAnsi="Arial"/>
        </w:rPr>
        <w:t>.</w:t>
      </w:r>
    </w:p>
    <w:p w14:paraId="7AE3CDDF" w14:textId="77777777" w:rsidR="009159D3" w:rsidRDefault="00BB139C">
      <w:pPr>
        <w:spacing w:before="240" w:after="120"/>
      </w:pPr>
      <w:r>
        <w:rPr>
          <w:rFonts w:ascii="Arial" w:hAnsi="Arial"/>
          <w:b/>
        </w:rPr>
        <w:t>PUBLIC COMMENTS:</w:t>
      </w:r>
    </w:p>
    <w:p w14:paraId="105DF081" w14:textId="77777777" w:rsidR="009159D3" w:rsidRDefault="00BB139C">
      <w:pPr>
        <w:spacing w:before="240" w:after="120"/>
      </w:pPr>
      <w:r>
        <w:rPr>
          <w:rFonts w:ascii="Arial" w:hAnsi="Arial"/>
          <w:b/>
        </w:rPr>
        <w:t>ADJOURNMENT:</w:t>
      </w:r>
    </w:p>
    <w:p w14:paraId="7EE04E84" w14:textId="77777777" w:rsidR="009159D3" w:rsidRDefault="00BB139C">
      <w:pPr>
        <w:spacing w:after="120"/>
      </w:pPr>
      <w:r>
        <w:rPr>
          <w:rFonts w:ascii="Arial" w:hAnsi="Arial"/>
        </w:rPr>
        <w:t>MOTION:</w:t>
      </w:r>
    </w:p>
    <w:p w14:paraId="7E310CFE" w14:textId="77777777" w:rsidR="009159D3" w:rsidRDefault="00BB139C">
      <w:pPr>
        <w:spacing w:after="120"/>
      </w:pPr>
      <w:r>
        <w:rPr>
          <w:rFonts w:ascii="Arial" w:hAnsi="Arial"/>
        </w:rPr>
        <w:t>TIME:</w:t>
      </w:r>
    </w:p>
    <w:sectPr w:rsidR="009159D3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A667A8"/>
    <w:multiLevelType w:val="hybridMultilevel"/>
    <w:tmpl w:val="DB9200DE"/>
    <w:lvl w:ilvl="0" w:tplc="45A88BF6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0" w15:restartNumberingAfterBreak="0">
    <w:nsid w:val="1DD4793F"/>
    <w:multiLevelType w:val="hybridMultilevel"/>
    <w:tmpl w:val="4FC0EB54"/>
    <w:lvl w:ilvl="0" w:tplc="45A88BF6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EA657C"/>
    <w:multiLevelType w:val="hybridMultilevel"/>
    <w:tmpl w:val="9AE6F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A54033"/>
    <w:multiLevelType w:val="hybridMultilevel"/>
    <w:tmpl w:val="4F609466"/>
    <w:lvl w:ilvl="0" w:tplc="45A88BF6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7A0F59"/>
    <w:multiLevelType w:val="hybridMultilevel"/>
    <w:tmpl w:val="4FC0EB54"/>
    <w:lvl w:ilvl="0" w:tplc="FFFFFFF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8D06AA"/>
    <w:multiLevelType w:val="hybridMultilevel"/>
    <w:tmpl w:val="87DECFD4"/>
    <w:lvl w:ilvl="0" w:tplc="7772F702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58652">
    <w:abstractNumId w:val="8"/>
  </w:num>
  <w:num w:numId="2" w16cid:durableId="1110205936">
    <w:abstractNumId w:val="6"/>
  </w:num>
  <w:num w:numId="3" w16cid:durableId="1268736601">
    <w:abstractNumId w:val="5"/>
  </w:num>
  <w:num w:numId="4" w16cid:durableId="1242329932">
    <w:abstractNumId w:val="4"/>
  </w:num>
  <w:num w:numId="5" w16cid:durableId="1183588179">
    <w:abstractNumId w:val="7"/>
  </w:num>
  <w:num w:numId="6" w16cid:durableId="2107922920">
    <w:abstractNumId w:val="3"/>
  </w:num>
  <w:num w:numId="7" w16cid:durableId="1781801046">
    <w:abstractNumId w:val="2"/>
  </w:num>
  <w:num w:numId="8" w16cid:durableId="1392070983">
    <w:abstractNumId w:val="1"/>
  </w:num>
  <w:num w:numId="9" w16cid:durableId="524833066">
    <w:abstractNumId w:val="0"/>
  </w:num>
  <w:num w:numId="10" w16cid:durableId="1609391964">
    <w:abstractNumId w:val="9"/>
  </w:num>
  <w:num w:numId="11" w16cid:durableId="1387492881">
    <w:abstractNumId w:val="12"/>
  </w:num>
  <w:num w:numId="12" w16cid:durableId="1507013822">
    <w:abstractNumId w:val="10"/>
  </w:num>
  <w:num w:numId="13" w16cid:durableId="527181854">
    <w:abstractNumId w:val="14"/>
  </w:num>
  <w:num w:numId="14" w16cid:durableId="79720760">
    <w:abstractNumId w:val="11"/>
  </w:num>
  <w:num w:numId="15" w16cid:durableId="20241687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3DCB"/>
    <w:rsid w:val="0006063C"/>
    <w:rsid w:val="000764F0"/>
    <w:rsid w:val="000A0F78"/>
    <w:rsid w:val="0015074B"/>
    <w:rsid w:val="00152186"/>
    <w:rsid w:val="00197FB0"/>
    <w:rsid w:val="001A15A6"/>
    <w:rsid w:val="00205488"/>
    <w:rsid w:val="00231D12"/>
    <w:rsid w:val="0029639D"/>
    <w:rsid w:val="002A269B"/>
    <w:rsid w:val="002C0472"/>
    <w:rsid w:val="002E25A5"/>
    <w:rsid w:val="002F1F82"/>
    <w:rsid w:val="00326F90"/>
    <w:rsid w:val="003C7B89"/>
    <w:rsid w:val="0044087F"/>
    <w:rsid w:val="00487FC4"/>
    <w:rsid w:val="004B276A"/>
    <w:rsid w:val="004C7D95"/>
    <w:rsid w:val="004D2DA3"/>
    <w:rsid w:val="004E4DB0"/>
    <w:rsid w:val="00501B21"/>
    <w:rsid w:val="00512E70"/>
    <w:rsid w:val="00544B11"/>
    <w:rsid w:val="00607800"/>
    <w:rsid w:val="00683694"/>
    <w:rsid w:val="006A1F24"/>
    <w:rsid w:val="007359C1"/>
    <w:rsid w:val="007523E9"/>
    <w:rsid w:val="007818C6"/>
    <w:rsid w:val="008378DD"/>
    <w:rsid w:val="00850E74"/>
    <w:rsid w:val="009159D3"/>
    <w:rsid w:val="00937152"/>
    <w:rsid w:val="009A7B82"/>
    <w:rsid w:val="00A132AE"/>
    <w:rsid w:val="00A514DA"/>
    <w:rsid w:val="00A65214"/>
    <w:rsid w:val="00A85161"/>
    <w:rsid w:val="00A90C77"/>
    <w:rsid w:val="00AA1D8D"/>
    <w:rsid w:val="00AC2373"/>
    <w:rsid w:val="00B0417F"/>
    <w:rsid w:val="00B10039"/>
    <w:rsid w:val="00B47730"/>
    <w:rsid w:val="00B5459E"/>
    <w:rsid w:val="00BB139C"/>
    <w:rsid w:val="00BF05B3"/>
    <w:rsid w:val="00C055B6"/>
    <w:rsid w:val="00C57F18"/>
    <w:rsid w:val="00C77612"/>
    <w:rsid w:val="00C80EE1"/>
    <w:rsid w:val="00C93754"/>
    <w:rsid w:val="00CB0664"/>
    <w:rsid w:val="00CB098A"/>
    <w:rsid w:val="00D049DD"/>
    <w:rsid w:val="00D711FF"/>
    <w:rsid w:val="00D970C1"/>
    <w:rsid w:val="00DA3540"/>
    <w:rsid w:val="00DB0288"/>
    <w:rsid w:val="00E039D0"/>
    <w:rsid w:val="00E74A15"/>
    <w:rsid w:val="00E902AC"/>
    <w:rsid w:val="00EB1316"/>
    <w:rsid w:val="00EE5839"/>
    <w:rsid w:val="00EE7769"/>
    <w:rsid w:val="00F81ED8"/>
    <w:rsid w:val="00FC693F"/>
    <w:rsid w:val="00FF3686"/>
    <w:rsid w:val="00FF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8E6827"/>
  <w14:defaultImageDpi w14:val="300"/>
  <w15:docId w15:val="{CCCEF72E-510D-46D6-BD9C-94A00BE6A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112</Words>
  <Characters>644</Characters>
  <Application>Microsoft Office Word</Application>
  <DocSecurity>0</DocSecurity>
  <Lines>12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Shaw Weeks</cp:lastModifiedBy>
  <cp:revision>8</cp:revision>
  <cp:lastPrinted>2026-08-27T20:25:00Z</cp:lastPrinted>
  <dcterms:created xsi:type="dcterms:W3CDTF">2026-09-02T21:40:00Z</dcterms:created>
  <dcterms:modified xsi:type="dcterms:W3CDTF">2026-09-04T12:45:00Z</dcterms:modified>
  <cp:category/>
</cp:coreProperties>
</file>